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62A6" w14:textId="7200DBDB" w:rsidR="002B5818" w:rsidRPr="002A3EF8" w:rsidRDefault="008F45C8" w:rsidP="002A3E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7B801D" wp14:editId="59B349E4">
                <wp:simplePos x="0" y="0"/>
                <wp:positionH relativeFrom="column">
                  <wp:posOffset>245110</wp:posOffset>
                </wp:positionH>
                <wp:positionV relativeFrom="paragraph">
                  <wp:posOffset>6545580</wp:posOffset>
                </wp:positionV>
                <wp:extent cx="5692140" cy="9601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24A65" w14:textId="6E7674B8" w:rsidR="002A3EF8" w:rsidRPr="001F0D86" w:rsidRDefault="002A3EF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</w:pPr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Schrijf in via onze website: link</w:t>
                            </w:r>
                          </w:p>
                          <w:p w14:paraId="2514D0C8" w14:textId="53F76EBB" w:rsidR="002A3EF8" w:rsidRPr="001F0D86" w:rsidRDefault="002A3EF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</w:pPr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Of door overschrijving van 18 euro op on</w:t>
                            </w:r>
                            <w:r w:rsidR="001F0D86"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s</w:t>
                            </w:r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1F0D86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clubrekening</w:t>
                            </w:r>
                            <w:r w:rsidR="001F0D86" w:rsidRPr="001F0D86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n</w:t>
                            </w:r>
                            <w:r w:rsidRPr="001F0D86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r</w:t>
                            </w:r>
                            <w:proofErr w:type="spellEnd"/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 xml:space="preserve">: BEXX XXXX </w:t>
                            </w:r>
                            <w:proofErr w:type="spellStart"/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XXXX</w:t>
                            </w:r>
                            <w:proofErr w:type="spellEnd"/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XXXX</w:t>
                            </w:r>
                            <w:proofErr w:type="spellEnd"/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 xml:space="preserve"> </w:t>
                            </w:r>
                          </w:p>
                          <w:p w14:paraId="2A89C223" w14:textId="0CE61BB6" w:rsidR="002A3EF8" w:rsidRPr="001F0D86" w:rsidRDefault="002A3EF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</w:pPr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Met mededeling SLOT FIETS + Naam</w:t>
                            </w:r>
                          </w:p>
                          <w:p w14:paraId="0E5ECAB9" w14:textId="3A97DC22" w:rsidR="002A3EF8" w:rsidRPr="001F0D86" w:rsidRDefault="002A3EF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 xml:space="preserve">Uiterlijk tegen </w:t>
                            </w:r>
                            <w:r w:rsidR="00323E7C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>14</w:t>
                            </w:r>
                            <w:r w:rsidR="001F0D86" w:rsidRPr="001F0D86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nl-NL"/>
                              </w:rPr>
                              <w:t xml:space="preserve"> oktober 2026 of zolang de voorraad strekt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B801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9.3pt;margin-top:515.4pt;width:448.2pt;height:75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">
                <v:textbox>
                  <w:txbxContent>
                    <w:p w14:paraId="0F024A65" w14:textId="6E7674B8" w:rsidR="002A3EF8" w:rsidRPr="001F0D86" w:rsidRDefault="002A3EF8">
                      <w:pPr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</w:pPr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Schrijf in via onze website: link</w:t>
                      </w:r>
                    </w:p>
                    <w:p w14:paraId="2514D0C8" w14:textId="53F76EBB" w:rsidR="002A3EF8" w:rsidRPr="001F0D86" w:rsidRDefault="002A3EF8">
                      <w:pPr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</w:pPr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Of door overschrijving van 18 euro op on</w:t>
                      </w:r>
                      <w:r w:rsidR="001F0D86"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s</w:t>
                      </w:r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 xml:space="preserve"> </w:t>
                      </w:r>
                      <w:proofErr w:type="spellStart"/>
                      <w:r w:rsidRPr="001F0D86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clubrekening</w:t>
                      </w:r>
                      <w:r w:rsidR="001F0D86" w:rsidRPr="001F0D86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n</w:t>
                      </w:r>
                      <w:r w:rsidRPr="001F0D86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r</w:t>
                      </w:r>
                      <w:proofErr w:type="spellEnd"/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 xml:space="preserve">: BEXX XXXX </w:t>
                      </w:r>
                      <w:proofErr w:type="spellStart"/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XXXX</w:t>
                      </w:r>
                      <w:proofErr w:type="spellEnd"/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 xml:space="preserve"> </w:t>
                      </w:r>
                      <w:proofErr w:type="spellStart"/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XXXX</w:t>
                      </w:r>
                      <w:proofErr w:type="spellEnd"/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 xml:space="preserve"> </w:t>
                      </w:r>
                    </w:p>
                    <w:p w14:paraId="2A89C223" w14:textId="0CE61BB6" w:rsidR="002A3EF8" w:rsidRPr="001F0D86" w:rsidRDefault="002A3EF8">
                      <w:pPr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</w:pPr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Met mededeling SLOT FIETS + Naam</w:t>
                      </w:r>
                    </w:p>
                    <w:p w14:paraId="0E5ECAB9" w14:textId="3A97DC22" w:rsidR="002A3EF8" w:rsidRPr="001F0D86" w:rsidRDefault="002A3EF8">
                      <w:pPr>
                        <w:rPr>
                          <w:b/>
                          <w:bCs/>
                          <w:sz w:val="20"/>
                          <w:szCs w:val="20"/>
                          <w:lang w:val="nl-NL"/>
                        </w:rPr>
                      </w:pPr>
                      <w:r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 xml:space="preserve">Uiterlijk tegen </w:t>
                      </w:r>
                      <w:r w:rsidR="00323E7C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>14</w:t>
                      </w:r>
                      <w:r w:rsidR="001F0D86" w:rsidRPr="001F0D86">
                        <w:rPr>
                          <w:b/>
                          <w:bCs/>
                          <w:sz w:val="20"/>
                          <w:szCs w:val="20"/>
                          <w:highlight w:val="yellow"/>
                          <w:lang w:val="nl-NL"/>
                        </w:rPr>
                        <w:t xml:space="preserve"> oktober 2026 of zolang de voorraad strekt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1" behindDoc="1" locked="0" layoutInCell="1" allowOverlap="1" wp14:anchorId="1AD97E76" wp14:editId="1BDFF3A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95160" cy="10294620"/>
            <wp:effectExtent l="0" t="0" r="0" b="0"/>
            <wp:wrapTight wrapText="bothSides">
              <wp:wrapPolygon edited="0">
                <wp:start x="0" y="0"/>
                <wp:lineTo x="0" y="21544"/>
                <wp:lineTo x="21529" y="21544"/>
                <wp:lineTo x="21529" y="0"/>
                <wp:lineTo x="0" y="0"/>
              </wp:wrapPolygon>
            </wp:wrapTight>
            <wp:docPr id="20180484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048411" name="Afbeelding 2018048411"/>
                    <pic:cNvPicPr/>
                  </pic:nvPicPr>
                  <pic:blipFill rotWithShape="1">
                    <a:blip r:embed="rId8"/>
                    <a:srcRect l="3375" t="2386" r="3321" b="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029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5818" w:rsidRPr="002A3EF8" w:rsidSect="00034616">
      <w:pgSz w:w="11906" w:h="16838"/>
      <w:pgMar w:top="408" w:right="442" w:bottom="408" w:left="442" w:header="159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1B95" w14:textId="77777777" w:rsidR="002C3EAF" w:rsidRDefault="002C3EAF">
      <w:pPr>
        <w:spacing w:after="0" w:line="240" w:lineRule="auto"/>
      </w:pPr>
      <w:r>
        <w:separator/>
      </w:r>
    </w:p>
  </w:endnote>
  <w:endnote w:type="continuationSeparator" w:id="0">
    <w:p w14:paraId="23D756F9" w14:textId="77777777" w:rsidR="002C3EAF" w:rsidRDefault="002C3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4CF3" w14:textId="77777777" w:rsidR="002C3EAF" w:rsidRDefault="002C3EAF">
      <w:pPr>
        <w:spacing w:after="0" w:line="240" w:lineRule="auto"/>
      </w:pPr>
      <w:r>
        <w:separator/>
      </w:r>
    </w:p>
  </w:footnote>
  <w:footnote w:type="continuationSeparator" w:id="0">
    <w:p w14:paraId="70BE62B1" w14:textId="77777777" w:rsidR="002C3EAF" w:rsidRDefault="002C3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4566311">
    <w:abstractNumId w:val="8"/>
  </w:num>
  <w:num w:numId="2" w16cid:durableId="855970717">
    <w:abstractNumId w:val="6"/>
  </w:num>
  <w:num w:numId="3" w16cid:durableId="525405688">
    <w:abstractNumId w:val="5"/>
  </w:num>
  <w:num w:numId="4" w16cid:durableId="777142355">
    <w:abstractNumId w:val="4"/>
  </w:num>
  <w:num w:numId="5" w16cid:durableId="868108596">
    <w:abstractNumId w:val="7"/>
  </w:num>
  <w:num w:numId="6" w16cid:durableId="314334937">
    <w:abstractNumId w:val="3"/>
  </w:num>
  <w:num w:numId="7" w16cid:durableId="636227879">
    <w:abstractNumId w:val="2"/>
  </w:num>
  <w:num w:numId="8" w16cid:durableId="614561639">
    <w:abstractNumId w:val="1"/>
  </w:num>
  <w:num w:numId="9" w16cid:durableId="32350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0D86"/>
    <w:rsid w:val="0029639D"/>
    <w:rsid w:val="002A3EF8"/>
    <w:rsid w:val="002B5818"/>
    <w:rsid w:val="002C3EAF"/>
    <w:rsid w:val="00323E7C"/>
    <w:rsid w:val="00326F90"/>
    <w:rsid w:val="00753DF9"/>
    <w:rsid w:val="008879CF"/>
    <w:rsid w:val="008F45C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0A897"/>
  <w14:defaultImageDpi w14:val="300"/>
  <w15:docId w15:val="{1AFF9606-7B6A-4023-AECE-64987B2E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80" w:line="254" w:lineRule="auto"/>
    </w:pPr>
    <w:rPr>
      <w:rFonts w:ascii="Arial" w:hAnsi="Arial"/>
      <w:color w:val="17324D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Uitnodiging slotevenement fietszoektocht met Jelle Wallays</vt:lpstr>
      <vt:lpstr/>
    </vt:vector>
  </TitlesOfParts>
  <Manager/>
  <Company/>
  <LinksUpToDate>false</LinksUpToDate>
  <CharactersWithSpaces>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 slotevenement fietszoektocht met Jelle Wallays</dc:title>
  <dc:subject>Neos West-Vlaanderen - dinsdag 27 oktober 2026</dc:subject>
  <dc:creator>Neos West-Vlaanderen;Lieven Jacobs</dc:creator>
  <cp:keywords>Neos, fietszoektocht, Jelle Wallays, Staden</cp:keywords>
  <dc:description>Publicatieklare uitnodiging op één A4-zijde</dc:description>
  <cp:lastModifiedBy>Lieven Jacobs</cp:lastModifiedBy>
  <cp:revision>6</cp:revision>
  <dcterms:created xsi:type="dcterms:W3CDTF">2026-08-31T10:30:00Z</dcterms:created>
  <dcterms:modified xsi:type="dcterms:W3CDTF">2026-08-31T10:33:00Z</dcterms:modified>
  <cp:category/>
</cp:coreProperties>
</file>